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ומועדו ואת משמעות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מוחשיים ובלתי מוחשיים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ערכי הגעגוע, האחדות והתקווה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מתואר בחלק הבלתי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היום הוא חג לאומי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בחלק המוחשי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חג לאומי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מזכירים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אינג׳רה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מוחשי לבלתי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(ספרי הקודש שהקייסים קוראים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אוכלים עד אחר הצהריים)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(מוחזקות מעל הקייסים כאות 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(חלום ששמרו עליו דורות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(סמל לענווה ולבקשת סליחה)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החג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צמים ומתפללים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הקייסים קוראים באורית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שוברים את הצום אחר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שרים ורוקדים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האורית, מטריות צבעוניות. בלתי מוחשי: הצום, הגעגוע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 גבוה מאפשר להתקרב ולהרגיש קרבה לשמיים ולירושלים, ומסמל עלייה רוחנית.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גם כשרחוקים ממקום יקר אפשר לשמור עליו בלב ולקוות לשוב אליו.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בחשוון,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האורית, מטריות, בגדים לבנים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לירושלים ותקווה לשוב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על געגוע אישי לפני שמציגים את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'ההר שלנו' כדי לחבר את התלמידים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בחלוקה לקבוצות אפשר לתת לכל קבוצה חלק אחד (מוחשי/בלתי מוחשי) ולהציג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של יהודי אתיופיה. עולים להר, צמים, מתפללים ומתגעגעים לירושלים. היום חוגגים את החג בכל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שפירושה השתחוות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רוחניים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ספרי הקודש של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אינג׳רה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שטוח שאוכלים בסעודת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עד אחר הצהריים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שמה של קהילת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מתפלל בראש הקהל?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חזן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או למה התגעגעו?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להרים של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ימים עוברים מיום כיפור עד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שפה כתובים ספרי הקודש?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צמים בבוקר ושוברים את הצום אחר הצהריים.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רק באתיופיה ולא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מטריות צבעוניות מחזיקים מעל הקייסים כאות כבוד.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נקבע כחג דתי בלבד ואין לו מעמד רשמי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__________ את הגעגוע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__________ את סיפור העלייה.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הסבתא שמרה אבן קטנה כ__________ מההר.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הקייסים __________ את התפילות בעל 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מגישים __________ בסעודת החג אחרי הצום.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מוחשי לבלתי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מוחזקות מעל הקייסים כאות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ספרי הקודש שהקייסים קוראים בהם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מטריות צבעוניות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אוכלים עד אחר הצהריים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הגעגוע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סמל לענווה ולבקשת 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חלום ששמרו עליו דורות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החג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הקייסים קוראים באורית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שרים ורוקדים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להר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צמים ומתפללים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הצום אחר הצהריים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למנהג מוחשי ושתי דוגמאות למנהג בלתי מוחשי בסיגד.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עלו דווקא להר גבוה בחג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מלמד אותנו החג על געגוע ועל תקווה?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הסיגד ומה פירוש שמו?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מוחשי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מרגישים בני ביתא ישראל כשהם עולים להר?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